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Odwołanie od decyzji ZUS o zwrocie, rozliczeniu, zawieszeniu lub zmniejszeniu świadczenia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pobierającej świadczenie; Adres do doręczeń; PESEL; Telefon lub e-mail (nieobowiązkowo)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świadczenia (z decyzji ZUS)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Oddział ZUS (nazwa i adres)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Pełnomocnik / opiekun prawny / kurator (jeśli pismo składa w imieniu osoby)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i znak decyzji ZUS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doręczenia decyzji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Kwota, której ZUS żąda (zł)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Kiedy i jak zawiadomiłeś ZUS (data, forma, dowód)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Sąd okręgowy – wydział pracy i ubezpieczeń społecznych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pStyle w:val="Title"/>
        <w:pageBreakBefore/>
      </w:pPr>
      <w:r>
        <w:t>Odwołanie od decyzji ZUS o zwrocie, rozliczeniu, zawieszeniu lub zmniejszeniu świadczenia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Twoje fakty (praca, kwoty, sytuacja życiowa)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Odwołanie od decyzji ZUS o zwrocie, rozliczeniu, zawieszeniu lub zmniejszeniu świadczenia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