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Informacja o przychodzie za poprzedni rok (do końca lutego)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pobierającej świadczenie; Adres do doręczeń;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świadczenia (z decyzji ZUS)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 / opiekun prawny / kurator (jeśli pismo składa w imieniu osoby)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 który rok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Łączny przychód brutto za rok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Skąd przychód (pracodawcy, zleceniodawcy, zasiłki)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Informacja o przychodzie za poprzedni rok (do końca lutego)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5" w:color="B7B7B7"/>
          <w:left w:val="single" w:sz="5" w:color="B7B7B7"/>
          <w:bottom w:val="single" w:sz="5" w:color="B7B7B7"/>
          <w:right w:val="single" w:sz="5" w:color="B7B7B7"/>
          <w:insideH w:val="single" w:sz="5" w:color="B7B7B7"/>
          <w:insideV w:val="single" w:sz="5" w:color="B7B7B7"/>
        </w:tblBorders>
        <w:tblCellMar>
          <w:top w:w="0" w:type="dxa"/>
          <w:bottom w:w="0" w:type="dxa"/>
          <w:left w:w="85" w:type="dxa"/>
          <w:right w:w="85" w:type="dxa"/>
        </w:tblCellMar>
      </w:tblPr>
      <w:tblGrid>
        <w:gridCol w:w="1928"/>
        <w:gridCol w:w="2835"/>
        <w:gridCol w:w="5102"/>
      </w:tblGrid>
      <w:tr>
        <w:trPr>
          <w:trHeight w:val="907" w:hRule="exact"/>
          <w:cantSplit/>
          <w:tblHeader/>
        </w:trPr>
        <w:tc>
          <w:tcPr>
            <w:tcW w:type="dxa" w:w="1928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Miesiąc</w:t>
            </w:r>
          </w:p>
        </w:tc>
        <w:tc>
          <w:tcPr>
            <w:tcW w:type="dxa" w:w="2835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Przychód brutto (zł)</w:t>
            </w:r>
          </w:p>
        </w:tc>
        <w:tc>
          <w:tcPr>
            <w:tcW w:type="dxa" w:w="5102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Źródło przychodu</w:t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Styczeń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Luty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Marzec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Kwiecień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Maj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Czerwiec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Lipiec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Sierpień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Wrzesień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Październik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Listopad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510" w:hRule="exact"/>
          <w:cantSplit/>
        </w:trPr>
        <w:tc>
          <w:tcPr>
            <w:tcW w:type="dxa" w:w="19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Grudzień</w:t>
            </w:r>
          </w:p>
        </w:tc>
        <w:tc>
          <w:tcPr>
            <w:tcW w:type="dxa" w:w="2835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  <w:tc>
          <w:tcPr>
            <w:tcW w:type="dxa" w:w="5102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</w:tbl>
    <w:p>
      <w:pPr>
        <w:spacing w:after="0" w:line="40" w:lineRule="exact"/>
      </w:pPr>
      <w:r>
        <w:rPr>
          <w:sz w:val="4"/>
        </w:rPr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Informacja o przychodzie za poprzedni rok (do końca lutego)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