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Skarga na czynność egzekucyjną urzędu skarbowego lub ZUS – zajęte konto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nazwisko; adres do korespondencji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Organ egzekucyjny — nazwa i adres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Sygnatura sprawy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Czynność, którą kwestionuję, i data doręczenia pisma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Rachunek, rodzaj świadczenia i płatnik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Kwota objęta zajęciem lub przekazana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Czego żądam i dlaczego kwestionuję czynność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Załączniki — nazwy dokumentów i liczba dodatkowych kart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ns0:coreProperties xmlns:dc="http://purl.org/dc/elements/1.1/" xmlns:ns0="http://schemas.openxmlformats.org/package/2006/metadata/core-properties" xmlns:ns2="http://purl.org/dc/terms/" xmlns:xsi="http://www.w3.org/2001/XMLSchema-instance">
  <dc:title>Skarga na czynność egzekucyjną urzędu skarbowego lub ZUS – zajęte konto</dc:title>
  <dc:subject/>
  <dc:creator>Bez Zbywania</dc:creator>
  <ns0:keywords/>
  <dc:description/>
  <ns0:lastModifiedBy>Bez Zbywania</ns0:lastModifiedBy>
  <ns0:revision>1</ns0:revision>
  <ns2:created xsi:type="dcterms:W3CDTF">2026-11-05T00:00:00Z</ns2:created>
  <ns2:modified xsi:type="dcterms:W3CDTF">2026-11-05T00:00:00Z</ns2:modified>
  <ns0:category/>
  <dc:language>pl-PL</dc:language>
</ns0:coreProperties>
</file>