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ustanowienie doradcy tymczasowego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 do doręczeń; Twój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adres zamieszkania lub pobytu (np. DPS)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PESEL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okręgowy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sprawy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Dane innej osoby na doradcę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Wniosek o ustanowienie doradcy tymczasowego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Co się dzieje teraz (konkretne zdarzenia, daty, kwoty)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ustanowienie doradcy tymczasowego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