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Wniosek o zezwolenie sądu na czynność przekraczającą zwykły zarząd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Miejscowość i data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Twoje imię i nazwisko; Twój adres do doręczeń; Twój PESEL; Telefon lub e-mail (nieobowiązkowo)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 osoby, której dotyczy sprawa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Jej adres zamieszkania lub pobytu (np. DPS)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Jej PESEL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Sąd rejonowy (nazwa i adres)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Sygnatura akt opiekuńczych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Wartość / cena / kwota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Spadek: kto zmarł i kiedy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Spadek: kiedy dowiedziałeś się o tytule powołania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pStyle w:val="Title"/>
        <w:pageBreakBefore/>
      </w:pPr>
      <w:r>
        <w:t>Wniosek o zezwolenie sądu na czynność przekraczającą zwykły zarząd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 osoby, której dotyczy sprawa; numer decyzji lub sygnatura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Co dokładnie (adres lokalu, nr KW, nazwa banku, nazwa DPS)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Jak ustalono wartość (operat, oferty)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Na co pójdą pieniądze / po co ta czynność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Co konkretnie zyska podopieczny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Spadek: jakie długi i jaki majątek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Czego żądam — zakres zmiany lub czynności, o które wnoszę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Dowody i wnioski dowodowe — dokumenty, daty, świadkowie i ich adresy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Załączniki — nazwy dokumentów i liczba dodatkowych kart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spacing w:before="283" w:line="680" w:lineRule="exact" w:after="0"/>
        <w:ind w:left="4535"/>
        <w:keepNext/>
        <w:pBdr>
          <w:bottom w:val="single" w:sz="3" w:color="777777" w:space="0"/>
        </w:pBdr>
      </w:pPr>
      <w:r>
        <w:t xml:space="preserve"> </w:t>
      </w:r>
    </w:p>
    <w:p>
      <w:pPr>
        <w:spacing w:after="57"/>
        <w:jc w:val="right"/>
      </w:pPr>
      <w:r>
        <w:rPr>
          <w:b w:val="0"/>
          <w:sz w:val="18"/>
        </w:rPr>
        <w:t>Własnoręczny podpis osoby składającej pismo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 w:line="200" w:lineRule="exact"/>
    </w:pPr>
    <w:r>
      <w:rPr>
        <w:sz w:val="16"/>
      </w:rPr>
      <w:t>Bez Zbywania  |  bezzbywania.pl</w:t>
    </w:r>
    <w:r>
      <w:rPr>
        <w:sz w:val="16"/>
      </w:rPr>
      <w:t xml:space="preserve">  |  strona </w:t>
    </w:r>
    <w:r>
      <w:rPr>
        <w:sz w:val="16"/>
      </w:rPr>
      <w:fldChar w:fldCharType="begin"/>
      <w:instrText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80" w:lineRule="exact" w:after="113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13" w:after="113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13" w:after="113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13" w:line="240" w:lineRule="auto" w:before="113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ns0:coreProperties xmlns:dc="http://purl.org/dc/elements/1.1/" xmlns:ns0="http://schemas.openxmlformats.org/package/2006/metadata/core-properties" xmlns:ns2="http://purl.org/dc/terms/" xmlns:xsi="http://www.w3.org/2001/XMLSchema-instance">
  <dc:title>Wniosek o zezwolenie sądu na czynność przekraczającą zwykły zarząd</dc:title>
  <dc:subject/>
  <dc:creator>Bez Zbywania</dc:creator>
  <ns0:keywords/>
  <dc:description/>
  <ns0:lastModifiedBy>Bez Zbywania</ns0:lastModifiedBy>
  <ns0:revision>1</ns0:revision>
  <ns2:created xsi:type="dcterms:W3CDTF">2026-11-05T00:00:00Z</ns2:created>
  <ns2:modified xsi:type="dcterms:W3CDTF">2026-11-05T00:00:00Z</ns2:modified>
  <ns0:category/>
  <dc:language>pl-PL</dc:language>
</ns0:coreProperties>
</file>