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do SKO od odmowy lub odebrania świadczenia pielęgnacyjnego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Nazwa SKO (z pouczenia decyzji, np. Samorządowe Kolegium Odwoławcze w Z.)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(znak)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decyzji (rrrr-mm-dd)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Orzeczenie podopiecznego (rodzaj, numer, data, do kiedy)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Opisz opiekę: co robisz, jak często, także w nocy (czynności, leki, wizyty, nadzór)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Odwołanie do SKO od odmowy lub odebrania świadczenia pielęgnacyjnego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