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Zawiadomienie gminy o złożeniu wniosku o świadczenie wspierające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złożenia wniosku o świadczenie wspierające do ZUS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Zawiadomienie gminy o złożeniu wniosku o świadczenie wspierające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