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badanie w miejscu pobytu albo orzeczenie bez badania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Osoba, której dotyczy sprawa; podstawa działania w jej imieniu, jeśli dotyczy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Zespół — nazwa, miejscowość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sprawy lub orzeczenia; data pisma albo posiedzenia, jeśli dotyczy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dotyczy wniosek; miejsce pobytu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Uzasadnienie wniosku i dokumenty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badanie w miejscu pobytu albo orzeczenie bez badania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2026-11-04T00:00:00Z</dcterms:created>
  <dcterms:modified xsi:type="dcterms:W3CDTF">2026-11-04T00:00:00Z</dcterms:modified>
  <cp:category/>
  <dc:language>pl-PL</dc:language>
</cp:coreProperties>
</file>