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Odwołanie od orzeczenia WZON do sądu pracy i ubezpieczeń społecznych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składającej pismo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PESEL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Osoba, której dotyczy sprawa; podstawa działania w jej imieniu, jeśli dotyczy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Sąd — nazwa, wydział, miejscowość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0"/>
      </w:pPr>
      <w:r>
        <w:rPr>
          <w:b/>
          <w:sz w:val="20"/>
        </w:rPr>
        <w:t>Za pośrednictwem: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Zespół — nazwa, miejscowość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i data orzeczenia lub pisma; data doręczenia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0"/>
        </w:rPr>
        <w:t>Składam odwołanie. Zakres, żądanie, uzasadnienie, dowody i podpis zamieszczam na następnej stronie.</w:t>
      </w:r>
    </w:p>
    <w:p>
      <w:pPr>
        <w:pStyle w:val="Title"/>
        <w:pageBreakBefore/>
      </w:pPr>
      <w:r>
        <w:t>Żądanie, uzasadnienie i dowody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Uzasadnienie — wyłącznie fakty dotyczące mojej sprawy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Odwołanie od orzeczenia WZON do sądu pracy i ubezpieczeń społecznych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2026-11-04T00:00:00Z</dcterms:created>
  <dcterms:modified xsi:type="dcterms:W3CDTF">2026-11-04T00:00:00Z</dcterms:modified>
  <cp:category/>
  <dc:language>pl-PL</dc:language>
</cp:coreProperties>
</file>