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udział i wysłuchanie opiekuna w posiedzeniu zespołu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sprawy lub orzeczenia; data pisma albo posiedzenia,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umożliwienie udziału i wysłuchanie wskazanej osoby bliskiej lub opiekuna.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opiekuna lub osoby bliskiej; relacja; kontakt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Dlaczego potrzebny jest udział tej osoby i co może ona wyjaśnić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udział i wysłuchanie opiekuna w posiedzeniu zespołu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