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Lista kontrolna przed badaniem w ZUS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termin i miejsce badania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57"/>
      </w:pPr>
      <w:r>
        <w:rPr>
          <w:b/>
          <w:sz w:val="20"/>
        </w:rPr>
        <w:t>Dokumenty</w:t>
      </w:r>
    </w:p>
    <w:p>
      <w:pPr>
        <w:spacing w:after="57"/>
      </w:pPr>
      <w:r>
        <w:rPr>
          <w:b w:val="0"/>
          <w:sz w:val="20"/>
        </w:rPr>
        <w:t>☐  Wezwanie z ZUS (data, godzina, adres) i dowód osobisty</w:t>
      </w:r>
    </w:p>
    <w:p>
      <w:pPr>
        <w:spacing w:after="57"/>
      </w:pPr>
      <w:r>
        <w:rPr>
          <w:b w:val="0"/>
          <w:sz w:val="20"/>
        </w:rPr>
        <w:t>☐  Zaświadczenie o stanie zdrowia OL-9 (jeśli ZUS prosi o nowe)</w:t>
      </w:r>
    </w:p>
    <w:p>
      <w:pPr>
        <w:spacing w:after="57"/>
      </w:pPr>
      <w:r>
        <w:rPr>
          <w:b w:val="0"/>
          <w:sz w:val="20"/>
        </w:rPr>
        <w:t>☐  Wypisy ze szpitala – chronologicznie, najnowsze na wierzchu</w:t>
      </w:r>
    </w:p>
    <w:p>
      <w:pPr>
        <w:spacing w:after="57"/>
      </w:pPr>
      <w:r>
        <w:rPr>
          <w:b w:val="0"/>
          <w:sz w:val="20"/>
        </w:rPr>
        <w:t>☐  Opinie specjalistów z ostatnich 12–24 miesięcy</w:t>
      </w:r>
    </w:p>
    <w:p>
      <w:pPr>
        <w:spacing w:after="57"/>
      </w:pPr>
      <w:r>
        <w:rPr>
          <w:b w:val="0"/>
          <w:sz w:val="20"/>
        </w:rPr>
        <w:t>☐  Wyniki badań: obrazowe (RTG, MRI, TK), czynnościowe (EMG, spirometria, echo serca, EEG), testy psychologiczne</w:t>
      </w:r>
    </w:p>
    <w:p>
      <w:pPr>
        <w:spacing w:after="57"/>
      </w:pPr>
      <w:r>
        <w:rPr>
          <w:b w:val="0"/>
          <w:sz w:val="20"/>
        </w:rPr>
        <w:t>☐  Dokumentacja rehabilitacji i jej efektów</w:t>
      </w:r>
    </w:p>
    <w:p>
      <w:pPr>
        <w:spacing w:after="57"/>
      </w:pPr>
      <w:r>
        <w:rPr>
          <w:b w:val="0"/>
          <w:sz w:val="20"/>
        </w:rPr>
        <w:t>☐  Zaświadczenia z OPS, od pielęgniarki środowiskowej, ŚDS, WTZ, hospicjum</w:t>
      </w:r>
    </w:p>
    <w:p>
      <w:pPr>
        <w:spacing w:after="57"/>
      </w:pPr>
      <w:r>
        <w:rPr>
          <w:b w:val="0"/>
          <w:sz w:val="20"/>
        </w:rPr>
        <w:t>☐  Kopie wszystkiego do zostawienia w ZUS (oryginały zabierasz)</w:t>
      </w:r>
    </w:p>
    <w:p>
      <w:pPr>
        <w:spacing w:after="57"/>
      </w:pPr>
      <w:r>
        <w:rPr>
          <w:b/>
          <w:sz w:val="20"/>
        </w:rPr>
        <w:t>Opis funkcjonowania</w:t>
      </w:r>
    </w:p>
    <w:p>
      <w:pPr>
        <w:spacing w:after="57"/>
      </w:pPr>
      <w:r>
        <w:rPr>
          <w:b w:val="0"/>
          <w:sz w:val="20"/>
        </w:rPr>
        <w:t>☐  Lista leków z dawkami i skutkami ubocznymi</w:t>
      </w:r>
    </w:p>
    <w:p>
      <w:pPr>
        <w:spacing w:after="57"/>
      </w:pPr>
      <w:r>
        <w:rPr>
          <w:b w:val="0"/>
          <w:sz w:val="20"/>
        </w:rPr>
        <w:t>☐  Opis zwykłego dnia (1 strona): co robisz sam(a), w czym pomaga ktoś inny, ile to trwa</w:t>
      </w:r>
    </w:p>
    <w:p>
      <w:pPr>
        <w:spacing w:after="57"/>
      </w:pPr>
      <w:r>
        <w:rPr>
          <w:b w:val="0"/>
          <w:sz w:val="20"/>
        </w:rPr>
        <w:t>☐  Opis gorszego dnia i jak często się zdarza (np. 3 dni w tygodniu)</w:t>
      </w:r>
    </w:p>
    <w:p>
      <w:pPr>
        <w:spacing w:after="57"/>
      </w:pPr>
      <w:r>
        <w:rPr>
          <w:b w:val="0"/>
          <w:sz w:val="20"/>
        </w:rPr>
        <w:t>☐  Przykłady niebezpiecznych sytuacji (upadki, zgubienie się, pomyłki z lekami, gaz)</w:t>
      </w:r>
    </w:p>
    <w:p>
      <w:pPr>
        <w:spacing w:after="57"/>
      </w:pPr>
      <w:r>
        <w:rPr>
          <w:b w:val="0"/>
          <w:sz w:val="20"/>
        </w:rPr>
        <w:t>☐  Opis dotychczasowej pracy: stanowisko, wymagania fizyczne i psychiczne, wykształcenie</w:t>
      </w:r>
    </w:p>
    <w:p>
      <w:pPr>
        <w:spacing w:after="57"/>
      </w:pPr>
      <w:r>
        <w:rPr>
          <w:b/>
          <w:sz w:val="20"/>
        </w:rPr>
        <w:t>Opiekun i pomoc</w:t>
      </w:r>
    </w:p>
    <w:p>
      <w:pPr>
        <w:spacing w:after="57"/>
      </w:pPr>
      <w:r>
        <w:rPr>
          <w:b w:val="0"/>
          <w:sz w:val="20"/>
        </w:rPr>
        <w:t>☐  Bliska osoba pojedzie ze mną</w:t>
      </w:r>
    </w:p>
    <w:p>
      <w:pPr>
        <w:spacing w:after="57"/>
      </w:pPr>
      <w:r>
        <w:rPr>
          <w:b w:val="0"/>
          <w:sz w:val="20"/>
        </w:rPr>
        <w:t>☐  Przy chorobie psychicznej, niepełnosprawności intelektualnej lub otępieniu: złożony wniosek o udział i wysłuchanie opiekuna</w:t>
      </w:r>
    </w:p>
    <w:p>
      <w:pPr>
        <w:spacing w:after="57"/>
      </w:pPr>
      <w:r>
        <w:rPr>
          <w:b w:val="0"/>
          <w:sz w:val="20"/>
        </w:rPr>
        <w:t>☐  Pisemna relacja opiekuna z datą i podpisem</w:t>
      </w:r>
    </w:p>
    <w:p>
      <w:pPr>
        <w:spacing w:after="57"/>
      </w:pPr>
      <w:r>
        <w:rPr>
          <w:b w:val="0"/>
          <w:sz w:val="20"/>
        </w:rPr>
        <w:t>☐  Pełnomocnictwo – jeśli opiekun ma działać w moim imieniu</w:t>
      </w:r>
    </w:p>
    <w:p>
      <w:pPr>
        <w:spacing w:after="57"/>
      </w:pPr>
      <w:r>
        <w:rPr>
          <w:b w:val="0"/>
          <w:sz w:val="20"/>
        </w:rPr>
        <w:t>☐  Jeśli nie mogę dojechać: wniosek o badanie w domu + zaświadczenie lekarza prowadzącego</w:t>
      </w:r>
    </w:p>
    <w:p>
      <w:pPr>
        <w:spacing w:after="57"/>
      </w:pPr>
      <w:r>
        <w:rPr>
          <w:b/>
          <w:sz w:val="20"/>
        </w:rPr>
        <w:t>Na badaniu</w:t>
      </w:r>
    </w:p>
    <w:p>
      <w:pPr>
        <w:spacing w:after="57"/>
      </w:pPr>
      <w:r>
        <w:rPr>
          <w:b w:val="0"/>
          <w:sz w:val="20"/>
        </w:rPr>
        <w:t>☐  Mam ze sobą pomoce, których używam na co dzień (kule, balkonik, okulary, aparat słuchowy)</w:t>
      </w:r>
    </w:p>
    <w:p>
      <w:pPr>
        <w:spacing w:after="57"/>
      </w:pPr>
      <w:r>
        <w:rPr>
          <w:b w:val="0"/>
          <w:sz w:val="20"/>
        </w:rPr>
        <w:t>☐  Mówię o skutkach choroby: co, jak często, co się dzieje, gdy próbuję</w:t>
      </w:r>
    </w:p>
    <w:p>
      <w:pPr>
        <w:spacing w:after="57"/>
      </w:pPr>
      <w:r>
        <w:rPr>
          <w:b w:val="0"/>
          <w:sz w:val="20"/>
        </w:rPr>
        <w:t>☐  Mówię o gorszych dniach, nie tylko o dzisiejszym</w:t>
      </w:r>
    </w:p>
    <w:p>
      <w:pPr>
        <w:spacing w:after="57"/>
      </w:pPr>
      <w:r>
        <w:rPr>
          <w:b w:val="0"/>
          <w:sz w:val="20"/>
        </w:rPr>
        <w:t>☐  Proszę o przyjęcie dokumentów, których brakuje w aktach</w:t>
      </w:r>
    </w:p>
    <w:p>
      <w:pPr>
        <w:spacing w:after="57"/>
      </w:pPr>
      <w:r>
        <w:rPr>
          <w:b w:val="0"/>
          <w:sz w:val="20"/>
        </w:rPr>
        <w:t>☐  Proszę o zapisanie w dokumentacji tego, co zgłaszam</w:t>
      </w:r>
    </w:p>
    <w:p>
      <w:pPr>
        <w:spacing w:after="57"/>
      </w:pPr>
      <w:r>
        <w:rPr>
          <w:b/>
          <w:sz w:val="20"/>
        </w:rPr>
        <w:t>Po badaniu</w:t>
      </w:r>
    </w:p>
    <w:p>
      <w:pPr>
        <w:spacing w:after="57"/>
      </w:pPr>
      <w:r>
        <w:rPr>
          <w:b w:val="0"/>
          <w:sz w:val="20"/>
        </w:rPr>
        <w:t>☐  Zanotowałem(-am) czas trwania i przebieg badania</w:t>
      </w:r>
    </w:p>
    <w:p>
      <w:pPr>
        <w:spacing w:after="57"/>
      </w:pPr>
      <w:r>
        <w:rPr>
          <w:b w:val="0"/>
          <w:sz w:val="20"/>
        </w:rPr>
        <w:t>☐  Zapisałem(-am) datę doręczenia orzeczenia i policzyłem(-am) 14 dni na sprzeciw</w:t>
      </w:r>
    </w:p>
    <w:p>
      <w:pPr>
        <w:spacing w:after="57"/>
      </w:pPr>
      <w:r>
        <w:rPr>
          <w:b w:val="0"/>
          <w:sz w:val="20"/>
        </w:rPr>
        <w:t>☐  Przy niekorzystnym orzeczeniu: sprzeciw w terminie (generator pism)</w:t>
      </w:r>
    </w:p>
    <w:p>
      <w:pPr>
        <w:spacing w:after="57"/>
      </w:pPr>
      <w:r>
        <w:rPr>
          <w:b w:val="0"/>
          <w:sz w:val="20"/>
        </w:rPr>
        <w:t>☐  Rozważam wgląd w akta i kopię dokumentacji orzeczniczej</w:t>
      </w:r>
    </w:p>
    <w:p>
      <w:pPr>
        <w:pStyle w:val="Title"/>
        <w:pageBreakBefore/>
      </w:pPr>
      <w:r>
        <w:t>Moje notatki po badaniu w ZUS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data badania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5" w:color="B7B7B7"/>
          <w:left w:val="single" w:sz="5" w:color="B7B7B7"/>
          <w:bottom w:val="single" w:sz="5" w:color="B7B7B7"/>
          <w:right w:val="single" w:sz="5" w:color="B7B7B7"/>
          <w:insideH w:val="single" w:sz="5" w:color="B7B7B7"/>
          <w:insideV w:val="single" w:sz="5" w:color="B7B7B7"/>
        </w:tblBorders>
        <w:tblCellMar>
          <w:top w:w="0" w:type="dxa"/>
          <w:bottom w:w="0" w:type="dxa"/>
          <w:left w:w="85" w:type="dxa"/>
          <w:right w:w="85" w:type="dxa"/>
        </w:tblCellMar>
      </w:tblPr>
      <w:tblGrid>
        <w:gridCol w:w="3628"/>
        <w:gridCol w:w="6236"/>
      </w:tblGrid>
      <w:tr>
        <w:trPr>
          <w:trHeight w:val="907" w:hRule="exact"/>
          <w:cantSplit/>
          <w:tblHeader/>
        </w:trPr>
        <w:tc>
          <w:tcPr>
            <w:tcW w:type="dxa" w:w="3628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Co zapamiętać</w:t>
            </w:r>
          </w:p>
        </w:tc>
        <w:tc>
          <w:tcPr>
            <w:tcW w:type="dxa" w:w="6236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Moje notatki</w:t>
            </w:r>
          </w:p>
        </w:tc>
      </w:tr>
      <w:tr>
        <w:trPr>
          <w:trHeight w:val="1531" w:hRule="exact"/>
          <w:cantSplit/>
        </w:trPr>
        <w:tc>
          <w:tcPr>
            <w:tcW w:type="dxa" w:w="36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Czas trwania badania</w:t>
            </w:r>
          </w:p>
        </w:tc>
        <w:tc>
          <w:tcPr>
            <w:tcW w:type="dxa" w:w="6236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1531" w:hRule="exact"/>
          <w:cantSplit/>
        </w:trPr>
        <w:tc>
          <w:tcPr>
            <w:tcW w:type="dxa" w:w="36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Co lekarz zbadał</w:t>
            </w:r>
          </w:p>
        </w:tc>
        <w:tc>
          <w:tcPr>
            <w:tcW w:type="dxa" w:w="6236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1531" w:hRule="exact"/>
          <w:cantSplit/>
        </w:trPr>
        <w:tc>
          <w:tcPr>
            <w:tcW w:type="dxa" w:w="36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Pominięte trudności i pytania</w:t>
            </w:r>
          </w:p>
        </w:tc>
        <w:tc>
          <w:tcPr>
            <w:tcW w:type="dxa" w:w="6236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1531" w:hRule="exact"/>
          <w:cantSplit/>
        </w:trPr>
        <w:tc>
          <w:tcPr>
            <w:tcW w:type="dxa" w:w="36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Przyjęte dokumenty</w:t>
            </w:r>
          </w:p>
        </w:tc>
        <w:tc>
          <w:tcPr>
            <w:tcW w:type="dxa" w:w="6236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  <w:tr>
        <w:trPr>
          <w:trHeight w:val="1531" w:hRule="exact"/>
          <w:cantSplit/>
        </w:trPr>
        <w:tc>
          <w:tcPr>
            <w:tcW w:type="dxa" w:w="3628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  <w:t>Obecność i wysłuchanie opiekuna</w:t>
            </w:r>
          </w:p>
        </w:tc>
        <w:tc>
          <w:tcPr>
            <w:tcW w:type="dxa" w:w="6236"/>
            <w:vAlign w:val="center"/>
          </w:tcPr>
          <w:p>
            <w:pPr>
              <w:widowControl w:val="0"/>
              <w:spacing w:after="0" w:line="220" w:lineRule="exact"/>
            </w:pPr>
            <w:r>
              <w:rPr>
                <w:sz w:val="20"/>
              </w:rPr>
            </w:r>
          </w:p>
        </w:tc>
      </w:tr>
    </w:tbl>
    <w:p>
      <w:pPr>
        <w:spacing w:after="0" w:line="40" w:lineRule="exact"/>
      </w:pPr>
      <w:r>
        <w:rPr>
          <w:sz w:val="4"/>
        </w:rPr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Dodatkowe uwagi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kontrolna przed badaniem u lekarza orzecznika ZUS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2026-11-03T00:00:00Z</dcterms:created>
  <dcterms:modified xsi:type="dcterms:W3CDTF">2026-11-03T00:00:00Z</dcterms:modified>
  <cp:category/>
  <dc:language>pl-PL</dc:language>
</cp:coreProperties>
</file>