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udział i wysłuchanie opiekuna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Właściwy adresat w ZUS — nazwa i adres oddziału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orzeczenia, decyzji albo pisma, którego dotyczy wniosek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orzeczenia, decyzji albo opinii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Planowany termin badania — jeżeli jest znany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umożliwienie udziału i wysłuchanie wskazanego na kolejnej stronie opiekuna lub osoby bliskiej, która zna moje codzienne funkcjonowanie.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opiekuna; relacja; adres do kontaktu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Dlaczego potrzebuję udziału opiekuna i co może on wyjaśnić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Zakres codziennej pomocy, częstotliwość i przykłady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udział opiekuna w badaniu u lekarza orzecznika ZUS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2026-11-03T00:00:00Z</dcterms:created>
  <dcterms:modified xsi:type="dcterms:W3CDTF">2026-11-03T00:00:00Z</dcterms:modified>
  <cp:category/>
  <dc:language>pl-PL</dc:language>
</cp:coreProperties>
</file>