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wgląd w akta sprawy w ZUS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Właściwy adresat w ZUS — nazwa i adres oddziału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Znak sprawy i rodzaj świadczenia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udostępnienie akt mojej sprawy oraz umożliwienie sporządzenia notatek i kopii (art. 73 k.p.a. w związku z art. 124 ustawy o emeryturach i rentach z FUS).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Jakie dokumenty chcę przejrzeć lub otrzymać; preferowana forma i sposób kontaktu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wgląd w akta ZUS i kopię dokumentacji orzeczniczej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2026-11-03T00:00:00Z</dcterms:created>
  <dcterms:modified xsi:type="dcterms:W3CDTF">2026-11-03T00:00:00Z</dcterms:modified>
  <cp:category/>
  <dc:language>pl-PL</dc:language>
</cp:coreProperties>
</file>