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zgłoszenie zarzutu wadliwości orzeczenia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Właściwy adresat w ZUS — nazwa i adres oddziału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orzeczenia, decyzji albo pisma, którego dotyczy wniosek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orzeczenia, decyzji albo opinii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Proszę o zbadanie możliwości zgłoszenia zarzutu wadliwości wskazanego orzeczenia. Ten wniosek nie zastępuje mojego sprzeciwu. Powody, dowody i podpis zamieszczam na kolejnej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sprawy; trudności i potrzebna pomoc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do ZUS o zgłoszenie zarzutu wadliwości orzeczenia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2026-11-03T00:00:00Z</dcterms:created>
  <dcterms:modified xsi:type="dcterms:W3CDTF">2026-11-03T00:00:00Z</dcterms:modified>
  <cp:category/>
  <dc:language>pl-PL</dc:language>
</cp:coreProperties>
</file>