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Odwołanie do Prezesa ZUS od decyzji o zwrocie 800+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Prezes ZUS — adres wskazany w pouczeniu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Oddział ZUS, za którego pośrednictwem składam odwołanie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decyzji oraz data doręczenia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Świadczenie, okres i kwota wskazana w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Zakres odwołania, żądanie i uzasadnienie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Odwołanie do Prezesa ZUS od decyzji o zwrocie 800+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